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 w:line="389" w:lineRule="auto"/>
        <w:jc w:val="center"/>
      </w:pPr>
      <w:r>
        <w:rPr>
          <w:rFonts w:ascii="Noto Sans CJK SC" w:hAnsi="Noto Sans CJK SC" w:eastAsia="Noto Sans CJK SC"/>
          <w:b/>
          <w:i w:val="0"/>
          <w:sz w:val="32"/>
        </w:rPr>
        <w:t>数昌科技 2026 数博会答谢晚宴 · 主持词</w:t>
      </w:r>
    </w:p>
    <w:p>
      <w:pPr>
        <w:spacing w:after="280" w:line="389" w:lineRule="auto"/>
        <w:jc w:val="center"/>
      </w:pPr>
      <w:r>
        <w:rPr>
          <w:rFonts w:ascii="Noto Sans CJK SC" w:hAnsi="Noto Sans CJK SC" w:eastAsia="Noto Sans CJK SC"/>
          <w:b w:val="0"/>
          <w:i w:val="0"/>
          <w:color w:val="777777"/>
          <w:sz w:val="21"/>
        </w:rPr>
        <w:t>时间：8 月 30 日晚 〔待定〕　｜　地点：〔待定〕　｜　时长：约 90 分钟</w:t>
      </w:r>
    </w:p>
    <w:p>
      <w:pPr>
        <w:spacing w:after="280" w:line="389" w:lineRule="auto"/>
        <w:jc w:val="left"/>
      </w:pPr>
      <w:r>
        <w:rPr>
          <w:rFonts w:ascii="Noto Sans CJK SC" w:hAnsi="Noto Sans CJK SC" w:eastAsia="Noto Sans CJK SC"/>
          <w:b w:val="0"/>
          <w:i w:val="0"/>
          <w:color w:val="C0392B"/>
          <w:sz w:val="20"/>
        </w:rPr>
        <w:t>使用说明：〔　〕内为待填信息；斜体灰字为舞台提示，不念。晚宴场合放松一些，语速稍慢，多留停顿。</w:t>
      </w:r>
    </w:p>
    <w:p>
      <w:pPr>
        <w:spacing w:after="160" w:line="389" w:lineRule="auto"/>
        <w:jc w:val="left"/>
      </w:pPr>
      <w:r>
        <w:rPr>
          <w:rFonts w:ascii="Noto Sans CJK SC" w:hAnsi="Noto Sans CJK SC" w:eastAsia="Noto Sans CJK SC"/>
          <w:b/>
          <w:i w:val="0"/>
          <w:color w:val="1B4FA3"/>
          <w:sz w:val="26"/>
        </w:rPr>
        <w:t>一、迎宾与开场（约 3 分钟）</w:t>
      </w:r>
    </w:p>
    <w:p>
      <w:pPr>
        <w:spacing w:after="120" w:line="389" w:lineRule="auto"/>
        <w:jc w:val="left"/>
      </w:pPr>
      <w:r>
        <w:rPr>
          <w:rFonts w:ascii="Noto Sans CJK SC" w:hAnsi="Noto Sans CJK SC" w:eastAsia="Noto Sans CJK SC"/>
          <w:b w:val="0"/>
          <w:i/>
          <w:color w:val="777777"/>
          <w:sz w:val="20"/>
        </w:rPr>
        <w:t>（宾客入席 · 轻音乐 · 主持人待八成入座后上台）</w:t>
      </w:r>
    </w:p>
    <w:p>
      <w:pPr>
        <w:spacing w:after="140" w:line="389" w:lineRule="auto"/>
        <w:ind w:left="280"/>
        <w:jc w:val="left"/>
      </w:pPr>
      <w:r>
        <w:rPr>
          <w:rFonts w:ascii="Noto Sans CJK SC" w:hAnsi="Noto Sans CJK SC" w:eastAsia="Noto Sans CJK SC"/>
          <w:b w:val="0"/>
          <w:i w:val="0"/>
          <w:sz w:val="23"/>
        </w:rPr>
        <w:t>各位领导、各位嘉宾、各位朋友：</w:t>
      </w:r>
    </w:p>
    <w:p>
      <w:pPr>
        <w:spacing w:after="140" w:line="389" w:lineRule="auto"/>
        <w:ind w:left="280"/>
        <w:jc w:val="left"/>
      </w:pPr>
      <w:r>
        <w:rPr>
          <w:rFonts w:ascii="Noto Sans CJK SC" w:hAnsi="Noto Sans CJK SC" w:eastAsia="Noto Sans CJK SC"/>
          <w:b w:val="0"/>
          <w:i w:val="0"/>
          <w:sz w:val="23"/>
        </w:rPr>
        <w:t>晚上好！欢迎参加浙江数昌科技 2026 数博会答谢晚宴。我是〔姓名〕。</w:t>
      </w:r>
    </w:p>
    <w:p>
      <w:pPr>
        <w:spacing w:after="140" w:line="389" w:lineRule="auto"/>
        <w:ind w:left="280"/>
        <w:jc w:val="left"/>
      </w:pPr>
      <w:r>
        <w:rPr>
          <w:rFonts w:ascii="Noto Sans CJK SC" w:hAnsi="Noto Sans CJK SC" w:eastAsia="Noto Sans CJK SC"/>
          <w:b w:val="0"/>
          <w:i w:val="0"/>
          <w:sz w:val="23"/>
        </w:rPr>
        <w:t>白天在展馆里，我们聊的是数据、是链、是沙箱、是词元；今天晚上，我们不聊这些——今晚只聊人，聊这一路上帮过我们的人。</w:t>
      </w:r>
    </w:p>
    <w:p>
      <w:pPr>
        <w:spacing w:after="120" w:line="389" w:lineRule="auto"/>
        <w:jc w:val="left"/>
      </w:pPr>
      <w:r>
        <w:rPr>
          <w:rFonts w:ascii="Noto Sans CJK SC" w:hAnsi="Noto Sans CJK SC" w:eastAsia="Noto Sans CJK SC"/>
          <w:b w:val="0"/>
          <w:i/>
          <w:color w:val="777777"/>
          <w:sz w:val="20"/>
        </w:rPr>
        <w:t>（停顿）</w:t>
      </w:r>
    </w:p>
    <w:p>
      <w:pPr>
        <w:spacing w:after="140" w:line="389" w:lineRule="auto"/>
        <w:ind w:left="280"/>
        <w:jc w:val="left"/>
      </w:pPr>
      <w:r>
        <w:rPr>
          <w:rFonts w:ascii="Noto Sans CJK SC" w:hAnsi="Noto Sans CJK SC" w:eastAsia="Noto Sans CJK SC"/>
          <w:b w:val="0"/>
          <w:i w:val="0"/>
          <w:sz w:val="23"/>
        </w:rPr>
        <w:t>三天数博会，数昌科技在 E1 馆 C03 接待了很多新朋友，也见到了很多老朋友。今晚这一桌，坐的都是同路人。</w:t>
      </w:r>
    </w:p>
    <w:p>
      <w:pPr>
        <w:spacing w:after="160" w:line="389" w:lineRule="auto"/>
        <w:jc w:val="left"/>
      </w:pPr>
      <w:r>
        <w:rPr>
          <w:rFonts w:ascii="Noto Sans CJK SC" w:hAnsi="Noto Sans CJK SC" w:eastAsia="Noto Sans CJK SC"/>
          <w:b/>
          <w:i w:val="0"/>
          <w:color w:val="1B4FA3"/>
          <w:sz w:val="26"/>
        </w:rPr>
        <w:t>二、致欢迎辞（约 5 分钟）</w:t>
      </w:r>
    </w:p>
    <w:p>
      <w:pPr>
        <w:spacing w:after="140" w:line="389" w:lineRule="auto"/>
        <w:ind w:left="280"/>
        <w:jc w:val="left"/>
      </w:pPr>
      <w:r>
        <w:rPr>
          <w:rFonts w:ascii="Noto Sans CJK SC" w:hAnsi="Noto Sans CJK SC" w:eastAsia="Noto Sans CJK SC"/>
          <w:b w:val="0"/>
          <w:i w:val="0"/>
          <w:sz w:val="23"/>
        </w:rPr>
        <w:t>下面，有请浙江数昌科技有限公司董事长周茂坛先生致欢迎辞，大家欢迎！</w:t>
      </w:r>
    </w:p>
    <w:p>
      <w:pPr>
        <w:spacing w:after="120" w:line="389" w:lineRule="auto"/>
        <w:jc w:val="left"/>
      </w:pPr>
      <w:r>
        <w:rPr>
          <w:rFonts w:ascii="Noto Sans CJK SC" w:hAnsi="Noto Sans CJK SC" w:eastAsia="Noto Sans CJK SC"/>
          <w:b w:val="0"/>
          <w:i/>
          <w:color w:val="777777"/>
          <w:sz w:val="20"/>
        </w:rPr>
        <w:t>（掌声 · 致辞 · 致辞毕）</w:t>
      </w:r>
    </w:p>
    <w:p>
      <w:pPr>
        <w:spacing w:after="140" w:line="389" w:lineRule="auto"/>
        <w:ind w:left="280"/>
        <w:jc w:val="left"/>
      </w:pPr>
      <w:r>
        <w:rPr>
          <w:rFonts w:ascii="Noto Sans CJK SC" w:hAnsi="Noto Sans CJK SC" w:eastAsia="Noto Sans CJK SC"/>
          <w:b w:val="0"/>
          <w:i w:val="0"/>
          <w:sz w:val="23"/>
        </w:rPr>
        <w:t>谢谢周董。</w:t>
      </w:r>
    </w:p>
    <w:p>
      <w:pPr>
        <w:spacing w:after="160" w:line="389" w:lineRule="auto"/>
        <w:jc w:val="left"/>
      </w:pPr>
      <w:r>
        <w:rPr>
          <w:rFonts w:ascii="Noto Sans CJK SC" w:hAnsi="Noto Sans CJK SC" w:eastAsia="Noto Sans CJK SC"/>
          <w:b/>
          <w:i w:val="0"/>
          <w:color w:val="1B4FA3"/>
          <w:sz w:val="26"/>
        </w:rPr>
        <w:t>三、开席祝酒（约 3 分钟）</w:t>
      </w:r>
    </w:p>
    <w:p>
      <w:pPr>
        <w:spacing w:after="140" w:line="389" w:lineRule="auto"/>
        <w:ind w:left="280"/>
        <w:jc w:val="left"/>
      </w:pPr>
      <w:r>
        <w:rPr>
          <w:rFonts w:ascii="Noto Sans CJK SC" w:hAnsi="Noto Sans CJK SC" w:eastAsia="Noto Sans CJK SC"/>
          <w:b w:val="0"/>
          <w:i w:val="0"/>
          <w:sz w:val="23"/>
        </w:rPr>
        <w:t>下面，我们有请〔单位〕〔职务〕〔待定〕 先生／女士为今晚的晚宴致祝酒辞。</w:t>
      </w:r>
    </w:p>
    <w:p>
      <w:pPr>
        <w:spacing w:after="120" w:line="389" w:lineRule="auto"/>
        <w:jc w:val="left"/>
      </w:pPr>
      <w:r>
        <w:rPr>
          <w:rFonts w:ascii="Noto Sans CJK SC" w:hAnsi="Noto Sans CJK SC" w:eastAsia="Noto Sans CJK SC"/>
          <w:b w:val="0"/>
          <w:i/>
          <w:color w:val="777777"/>
          <w:sz w:val="20"/>
        </w:rPr>
        <w:t>（祝酒辞 · 服务员同步斟酒）</w:t>
      </w:r>
    </w:p>
    <w:p>
      <w:pPr>
        <w:spacing w:after="140" w:line="389" w:lineRule="auto"/>
        <w:ind w:left="280"/>
        <w:jc w:val="left"/>
      </w:pPr>
      <w:r>
        <w:rPr>
          <w:rFonts w:ascii="Noto Sans CJK SC" w:hAnsi="Noto Sans CJK SC" w:eastAsia="Noto Sans CJK SC"/>
          <w:b w:val="0"/>
          <w:i w:val="0"/>
          <w:sz w:val="23"/>
        </w:rPr>
        <w:t>请各位举杯——</w:t>
      </w:r>
    </w:p>
    <w:p>
      <w:pPr>
        <w:spacing w:after="140" w:line="389" w:lineRule="auto"/>
        <w:ind w:left="280"/>
        <w:jc w:val="left"/>
      </w:pPr>
      <w:r>
        <w:rPr>
          <w:rFonts w:ascii="Noto Sans CJK SC" w:hAnsi="Noto Sans CJK SC" w:eastAsia="Noto Sans CJK SC"/>
          <w:b w:val="0"/>
          <w:i w:val="0"/>
          <w:sz w:val="23"/>
        </w:rPr>
        <w:t>敬这三天的相遇，敬数据要素这条难走但值得走的路，也敬在座每一位的健康顺遂。</w:t>
      </w:r>
    </w:p>
    <w:p>
      <w:pPr>
        <w:spacing w:after="140" w:line="389" w:lineRule="auto"/>
        <w:ind w:left="280"/>
        <w:jc w:val="left"/>
      </w:pPr>
      <w:r>
        <w:rPr>
          <w:rFonts w:ascii="Noto Sans CJK SC" w:hAnsi="Noto Sans CJK SC" w:eastAsia="Noto Sans CJK SC"/>
          <w:b w:val="0"/>
          <w:i w:val="0"/>
          <w:sz w:val="23"/>
        </w:rPr>
        <w:t>干杯！</w:t>
      </w:r>
    </w:p>
    <w:p>
      <w:pPr>
        <w:spacing w:after="120" w:line="389" w:lineRule="auto"/>
        <w:jc w:val="left"/>
      </w:pPr>
      <w:r>
        <w:rPr>
          <w:rFonts w:ascii="Noto Sans CJK SC" w:hAnsi="Noto Sans CJK SC" w:eastAsia="Noto Sans CJK SC"/>
          <w:b w:val="0"/>
          <w:i/>
          <w:color w:val="777777"/>
          <w:sz w:val="20"/>
        </w:rPr>
        <w:t>（全场举杯 · 音乐起 · 正式开席）</w:t>
      </w:r>
    </w:p>
    <w:p>
      <w:pPr>
        <w:spacing w:after="160" w:line="389" w:lineRule="auto"/>
        <w:jc w:val="left"/>
      </w:pPr>
      <w:r>
        <w:rPr>
          <w:rFonts w:ascii="Noto Sans CJK SC" w:hAnsi="Noto Sans CJK SC" w:eastAsia="Noto Sans CJK SC"/>
          <w:b/>
          <w:i w:val="0"/>
          <w:color w:val="1B4FA3"/>
          <w:sz w:val="26"/>
        </w:rPr>
        <w:t>四、席间环节一：致谢伙伴（约 8 分钟 · 上第三道菜后）</w:t>
      </w:r>
    </w:p>
    <w:p>
      <w:pPr>
        <w:spacing w:after="140" w:line="389" w:lineRule="auto"/>
        <w:ind w:left="280"/>
        <w:jc w:val="left"/>
      </w:pPr>
      <w:r>
        <w:rPr>
          <w:rFonts w:ascii="Noto Sans CJK SC" w:hAnsi="Noto Sans CJK SC" w:eastAsia="Noto Sans CJK SC"/>
          <w:b w:val="0"/>
          <w:i w:val="0"/>
          <w:sz w:val="23"/>
        </w:rPr>
        <w:t>各位请继续用餐，我占用大家三分钟。</w:t>
      </w:r>
    </w:p>
    <w:p>
      <w:pPr>
        <w:spacing w:after="140" w:line="389" w:lineRule="auto"/>
        <w:ind w:left="280"/>
        <w:jc w:val="left"/>
      </w:pPr>
      <w:r>
        <w:rPr>
          <w:rFonts w:ascii="Noto Sans CJK SC" w:hAnsi="Noto Sans CJK SC" w:eastAsia="Noto Sans CJK SC"/>
          <w:b w:val="0"/>
          <w:i w:val="0"/>
          <w:sz w:val="23"/>
        </w:rPr>
        <w:t>数昌科技这四年，不是一家企业单打独斗走过来的。今天我想请几位伙伴上台，说几句话。</w:t>
      </w:r>
    </w:p>
    <w:p>
      <w:pPr>
        <w:spacing w:after="140" w:line="389" w:lineRule="auto"/>
        <w:ind w:left="280"/>
        <w:jc w:val="left"/>
      </w:pPr>
      <w:r>
        <w:rPr>
          <w:rFonts w:ascii="Noto Sans CJK SC" w:hAnsi="Noto Sans CJK SC" w:eastAsia="Noto Sans CJK SC"/>
          <w:b w:val="0"/>
          <w:i w:val="0"/>
          <w:sz w:val="23"/>
        </w:rPr>
        <w:t>有请 〔待定〕（伙伴姓名 · 单位 · 与数昌的合作关系）。</w:t>
      </w:r>
    </w:p>
    <w:p>
      <w:pPr>
        <w:spacing w:after="120" w:line="389" w:lineRule="auto"/>
        <w:jc w:val="left"/>
      </w:pPr>
      <w:r>
        <w:rPr>
          <w:rFonts w:ascii="Noto Sans CJK SC" w:hAnsi="Noto Sans CJK SC" w:eastAsia="Noto Sans CJK SC"/>
          <w:b w:val="0"/>
          <w:i/>
          <w:color w:val="777777"/>
          <w:sz w:val="20"/>
        </w:rPr>
        <w:t>（每位发言 2 分钟内 · 共 2–3 位 · 发言毕赠纪念礼）</w:t>
      </w:r>
    </w:p>
    <w:p>
      <w:pPr>
        <w:spacing w:after="140" w:line="389" w:lineRule="auto"/>
        <w:ind w:left="280"/>
        <w:jc w:val="left"/>
      </w:pPr>
      <w:r>
        <w:rPr>
          <w:rFonts w:ascii="Noto Sans CJK SC" w:hAnsi="Noto Sans CJK SC" w:eastAsia="Noto Sans CJK SC"/>
          <w:b w:val="0"/>
          <w:i w:val="0"/>
          <w:sz w:val="23"/>
        </w:rPr>
        <w:t>谢谢各位。一句「共建」说起来容易，做起来是一年一年磨出来的。</w:t>
      </w:r>
    </w:p>
    <w:p>
      <w:pPr>
        <w:spacing w:after="160" w:line="389" w:lineRule="auto"/>
        <w:jc w:val="left"/>
      </w:pPr>
      <w:r>
        <w:rPr>
          <w:rFonts w:ascii="Noto Sans CJK SC" w:hAnsi="Noto Sans CJK SC" w:eastAsia="Noto Sans CJK SC"/>
          <w:b/>
          <w:i w:val="0"/>
          <w:color w:val="1B4FA3"/>
          <w:sz w:val="26"/>
        </w:rPr>
        <w:t>五、席间环节二：轻松互动（约 10 分钟 · 上主食前）</w:t>
      </w:r>
    </w:p>
    <w:p>
      <w:pPr>
        <w:spacing w:after="140" w:line="389" w:lineRule="auto"/>
        <w:ind w:left="280"/>
        <w:jc w:val="left"/>
      </w:pPr>
      <w:r>
        <w:rPr>
          <w:rFonts w:ascii="Noto Sans CJK SC" w:hAnsi="Noto Sans CJK SC" w:eastAsia="Noto Sans CJK SC"/>
          <w:b w:val="0"/>
          <w:i w:val="0"/>
          <w:sz w:val="23"/>
        </w:rPr>
        <w:t>接下来我们轻松一下。今天在展位上，有一个问题被问了很多遍——「数据确权，到底跟我有什么关系？」</w:t>
      </w:r>
    </w:p>
    <w:p>
      <w:pPr>
        <w:spacing w:after="140" w:line="389" w:lineRule="auto"/>
        <w:ind w:left="280"/>
        <w:jc w:val="left"/>
      </w:pPr>
      <w:r>
        <w:rPr>
          <w:rFonts w:ascii="Noto Sans CJK SC" w:hAnsi="Noto Sans CJK SC" w:eastAsia="Noto Sans CJK SC"/>
          <w:b w:val="0"/>
          <w:i w:val="0"/>
          <w:sz w:val="23"/>
        </w:rPr>
        <w:t>我们准备了几个小问题，答对的朋友有伴手礼。</w:t>
      </w:r>
    </w:p>
    <w:p>
      <w:pPr>
        <w:spacing w:after="120" w:line="389" w:lineRule="auto"/>
        <w:jc w:val="left"/>
      </w:pPr>
      <w:r>
        <w:rPr>
          <w:rFonts w:ascii="Noto Sans CJK SC" w:hAnsi="Noto Sans CJK SC" w:eastAsia="Noto Sans CJK SC"/>
          <w:b w:val="0"/>
          <w:i/>
          <w:color w:val="777777"/>
          <w:sz w:val="20"/>
        </w:rPr>
        <w:t>（互动问答 3–5 题 · 题目建议：①数昌的核心项目做了几年？②「可用不可见」是什么意思？③本届数博会的主题是什么？· 礼仪送出伴手礼）</w:t>
      </w:r>
    </w:p>
    <w:p>
      <w:pPr>
        <w:spacing w:after="140" w:line="389" w:lineRule="auto"/>
        <w:ind w:left="280"/>
        <w:jc w:val="left"/>
      </w:pPr>
      <w:r>
        <w:rPr>
          <w:rFonts w:ascii="Noto Sans CJK SC" w:hAnsi="Noto Sans CJK SC" w:eastAsia="Noto Sans CJK SC"/>
          <w:b w:val="0"/>
          <w:i w:val="0"/>
          <w:sz w:val="23"/>
        </w:rPr>
        <w:t>看来大家白天在展位上没少看。</w:t>
      </w:r>
    </w:p>
    <w:p>
      <w:pPr>
        <w:spacing w:after="160" w:line="389" w:lineRule="auto"/>
        <w:jc w:val="left"/>
      </w:pPr>
      <w:r>
        <w:rPr>
          <w:rFonts w:ascii="Noto Sans CJK SC" w:hAnsi="Noto Sans CJK SC" w:eastAsia="Noto Sans CJK SC"/>
          <w:b/>
          <w:i w:val="0"/>
          <w:color w:val="1B4FA3"/>
          <w:sz w:val="26"/>
        </w:rPr>
        <w:t>六、席间环节三：合影与自由交流（约 15 分钟）</w:t>
      </w:r>
    </w:p>
    <w:p>
      <w:pPr>
        <w:spacing w:after="140" w:line="389" w:lineRule="auto"/>
        <w:ind w:left="280"/>
        <w:jc w:val="left"/>
      </w:pPr>
      <w:r>
        <w:rPr>
          <w:rFonts w:ascii="Noto Sans CJK SC" w:hAnsi="Noto Sans CJK SC" w:eastAsia="Noto Sans CJK SC"/>
          <w:b w:val="0"/>
          <w:i w:val="0"/>
          <w:sz w:val="23"/>
        </w:rPr>
        <w:t>下面这个时间交给大家。请各位自由交流、举杯，也欢迎到台前合影留念。</w:t>
      </w:r>
    </w:p>
    <w:p>
      <w:pPr>
        <w:spacing w:after="120" w:line="389" w:lineRule="auto"/>
        <w:jc w:val="left"/>
      </w:pPr>
      <w:r>
        <w:rPr>
          <w:rFonts w:ascii="Noto Sans CJK SC" w:hAnsi="Noto Sans CJK SC" w:eastAsia="Noto Sans CJK SC"/>
          <w:b w:val="0"/>
          <w:i/>
          <w:color w:val="777777"/>
          <w:sz w:val="20"/>
        </w:rPr>
        <w:t>（背景音乐 · 摄影跟拍 · 主持人巡场 · 视情况引导重要嘉宾互相引荐）</w:t>
      </w:r>
    </w:p>
    <w:p>
      <w:pPr>
        <w:spacing w:after="160" w:line="389" w:lineRule="auto"/>
        <w:jc w:val="left"/>
      </w:pPr>
      <w:r>
        <w:rPr>
          <w:rFonts w:ascii="Noto Sans CJK SC" w:hAnsi="Noto Sans CJK SC" w:eastAsia="Noto Sans CJK SC"/>
          <w:b/>
          <w:i w:val="0"/>
          <w:color w:val="1B4FA3"/>
          <w:sz w:val="26"/>
        </w:rPr>
        <w:t>七、收尾（约 3 分钟）</w:t>
      </w:r>
    </w:p>
    <w:p>
      <w:pPr>
        <w:spacing w:after="140" w:line="389" w:lineRule="auto"/>
        <w:ind w:left="280"/>
        <w:jc w:val="left"/>
      </w:pPr>
      <w:r>
        <w:rPr>
          <w:rFonts w:ascii="Noto Sans CJK SC" w:hAnsi="Noto Sans CJK SC" w:eastAsia="Noto Sans CJK SC"/>
          <w:b w:val="0"/>
          <w:i w:val="0"/>
          <w:sz w:val="23"/>
        </w:rPr>
        <w:t>各位领导、各位朋友：</w:t>
      </w:r>
    </w:p>
    <w:p>
      <w:pPr>
        <w:spacing w:after="140" w:line="389" w:lineRule="auto"/>
        <w:ind w:left="280"/>
        <w:jc w:val="left"/>
      </w:pPr>
      <w:r>
        <w:rPr>
          <w:rFonts w:ascii="Noto Sans CJK SC" w:hAnsi="Noto Sans CJK SC" w:eastAsia="Noto Sans CJK SC"/>
          <w:b w:val="0"/>
          <w:i w:val="0"/>
          <w:sz w:val="23"/>
        </w:rPr>
        <w:t>三天的数博会到今晚就告一段落了。我们带来了温州这四年的一点经验，也带走了很多新的想法和新的朋友。</w:t>
      </w:r>
    </w:p>
    <w:p>
      <w:pPr>
        <w:spacing w:after="140" w:line="389" w:lineRule="auto"/>
        <w:ind w:left="280"/>
        <w:jc w:val="left"/>
      </w:pPr>
      <w:r>
        <w:rPr>
          <w:rFonts w:ascii="Noto Sans CJK SC" w:hAnsi="Noto Sans CJK SC" w:eastAsia="Noto Sans CJK SC"/>
          <w:b w:val="0"/>
          <w:i w:val="0"/>
          <w:sz w:val="23"/>
        </w:rPr>
        <w:t>接下来，数昌科技会在贵州继续做三件事——〔待定〕。这不是客套话，是已经排上日程的事。</w:t>
      </w:r>
    </w:p>
    <w:p>
      <w:pPr>
        <w:spacing w:after="140" w:line="389" w:lineRule="auto"/>
        <w:ind w:left="280"/>
        <w:jc w:val="left"/>
      </w:pPr>
      <w:r>
        <w:rPr>
          <w:rFonts w:ascii="Noto Sans CJK SC" w:hAnsi="Noto Sans CJK SC" w:eastAsia="Noto Sans CJK SC"/>
          <w:b w:val="0"/>
          <w:i w:val="0"/>
          <w:sz w:val="23"/>
        </w:rPr>
        <w:t>最后，请允许我代表数昌科技，感谢各位今晚的到来。</w:t>
      </w:r>
    </w:p>
    <w:p>
      <w:pPr>
        <w:spacing w:after="140" w:line="389" w:lineRule="auto"/>
        <w:ind w:left="280"/>
        <w:jc w:val="left"/>
      </w:pPr>
      <w:r>
        <w:rPr>
          <w:rFonts w:ascii="Noto Sans CJK SC" w:hAnsi="Noto Sans CJK SC" w:eastAsia="Noto Sans CJK SC"/>
          <w:b w:val="0"/>
          <w:i w:val="0"/>
          <w:sz w:val="23"/>
        </w:rPr>
        <w:t>路上注意安全，我们下次再会！</w:t>
      </w:r>
    </w:p>
    <w:p>
      <w:pPr>
        <w:spacing w:after="120" w:line="389" w:lineRule="auto"/>
        <w:jc w:val="left"/>
      </w:pPr>
      <w:r>
        <w:rPr>
          <w:rFonts w:ascii="Noto Sans CJK SC" w:hAnsi="Noto Sans CJK SC" w:eastAsia="Noto Sans CJK SC"/>
          <w:b w:val="0"/>
          <w:i/>
          <w:color w:val="777777"/>
          <w:sz w:val="20"/>
        </w:rPr>
        <w:t>（音乐起 · 灯光渐亮 · 主持人于门口送客）</w:t>
      </w:r>
    </w:p>
    <w:p>
      <w:pPr>
        <w:spacing w:after="160" w:line="389" w:lineRule="auto"/>
        <w:jc w:val="left"/>
      </w:pPr>
      <w:r>
        <w:rPr>
          <w:rFonts w:ascii="Noto Sans CJK SC" w:hAnsi="Noto Sans CJK SC" w:eastAsia="Noto Sans CJK SC"/>
          <w:b/>
          <w:i w:val="0"/>
          <w:color w:val="C0392B"/>
          <w:sz w:val="26"/>
        </w:rPr>
        <w:t>晚宴主持提醒</w:t>
      </w:r>
    </w:p>
    <w:p>
      <w:pPr>
        <w:spacing w:after="140" w:line="389" w:lineRule="auto"/>
        <w:ind w:left="280"/>
        <w:jc w:val="left"/>
      </w:pPr>
      <w:r>
        <w:rPr>
          <w:rFonts w:ascii="Noto Sans CJK SC" w:hAnsi="Noto Sans CJK SC" w:eastAsia="Noto Sans CJK SC"/>
          <w:b w:val="0"/>
          <w:i w:val="0"/>
          <w:sz w:val="23"/>
        </w:rPr>
        <w:t>· 全程语速比白天慢一档，多留停顿，让宾客有吃饭的时间。</w:t>
      </w:r>
    </w:p>
    <w:p>
      <w:pPr>
        <w:spacing w:after="140" w:line="389" w:lineRule="auto"/>
        <w:ind w:left="280"/>
        <w:jc w:val="left"/>
      </w:pPr>
      <w:r>
        <w:rPr>
          <w:rFonts w:ascii="Noto Sans CJK SC" w:hAnsi="Noto Sans CJK SC" w:eastAsia="Noto Sans CJK SC"/>
          <w:b w:val="0"/>
          <w:i w:val="0"/>
          <w:sz w:val="23"/>
        </w:rPr>
        <w:t>· 每个环节之间至少间隔一道菜，不要连着串。</w:t>
      </w:r>
    </w:p>
    <w:p>
      <w:pPr>
        <w:spacing w:after="140" w:line="389" w:lineRule="auto"/>
        <w:ind w:left="280"/>
        <w:jc w:val="left"/>
      </w:pPr>
      <w:r>
        <w:rPr>
          <w:rFonts w:ascii="Noto Sans CJK SC" w:hAnsi="Noto Sans CJK SC" w:eastAsia="Noto Sans CJK SC"/>
          <w:b w:val="0"/>
          <w:i w:val="0"/>
          <w:sz w:val="23"/>
        </w:rPr>
        <w:t>· 有领导中途离席，主持人不必特别announce，私下由对接人送出即可。</w:t>
      </w:r>
    </w:p>
    <w:p>
      <w:pPr>
        <w:spacing w:after="140" w:line="389" w:lineRule="auto"/>
        <w:ind w:left="280"/>
        <w:jc w:val="left"/>
      </w:pPr>
      <w:r>
        <w:rPr>
          <w:rFonts w:ascii="Noto Sans CJK SC" w:hAnsi="Noto Sans CJK SC" w:eastAsia="Noto Sans CJK SC"/>
          <w:b w:val="0"/>
          <w:i w:val="0"/>
          <w:sz w:val="23"/>
        </w:rPr>
        <w:t>· 备好一段 90 秒的垫场话术，应对上菜或嘉宾未就位。</w:t>
      </w:r>
    </w:p>
    <w:sectPr w:rsidR="00FC693F" w:rsidRPr="0006063C" w:rsidSect="00034616">
      <w:pgSz w:w="12240" w:h="15840"/>
      <w:pgMar w:top="1296" w:right="1440" w:bottom="129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oto Sans CJK SC" w:hAnsi="Noto Sans CJK SC" w:eastAsia="Noto Sans CJK SC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